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צרכניות - חוקים, תלונות ומנגנוני הגנה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חוק הגנת הצרכן ואת זכות הביטול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חובת גילוי נאות ולמה היא חשובה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אילו צעדים אפשר לנקוט כשיש בעיה עם מוצר או עסקה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להגן על צרכנים מפני עסקים לא הוגנים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הזכות לבטל קנייה בתוך זמן מסוים ולקבל החזר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לרשות להגנת הצרכן או לבית משפט לתביעות קטנות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זכות לפנות לעסק ולבקש החזר או 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מטרתו המרכזית של החוק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(אפשרות לבטל עסקה ולקבל כסף בחזרה)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(חובת מסירת מידע מלא על המוצר)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(התחייבות לתקן מוצר פגום)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(בית משפט לסכומים נמוכים בלי עורך דין)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לב שהמוצר שהגיע פגום או לא תואם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את תנאי הביטול או האחריות בתקנון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פונים לעסק ומבקשים תיקון, החלפה או החזר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העסק מסרב - מגישים תלונה לרשות להגנת הצרכן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שמשלבת לפחות שני צעדים: פנייה לעסק, בדיקת תקנון, פנייה לגורם מגן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הצרכן יכול לבטל עסקה בזמן מסוים ולקבל החזר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העסק חייב למסור מידע מלא וברור על המוצר והתנאים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לרשות להגנת הצרכן או לבית משפט לתביעות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חוויה אישית של תלמיד עם מוצר פגום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להבהיר שאין צורך בעורך דין בתביעות קטנות - זה מעודד מודעות צרכנית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הדילמה בסוף כדאי לדון בה בקבוצות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צרכניות - חוקים, תלונות ומנגנוני הגנה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כשקונים מוצר או שירות, יש לצרכנים זכויות המעוגנות בחוק. בדף זה נתרגל מה עושים כשמוצר מגיע פגום, איך מבטלים עסקה, ולמי פונים כשמשהו משתבש.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החזר  ·  נאות  ·  צרכן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מטרת חוק הגנת הצרכן היא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להגן על העסקים מפני צרכנים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להגן על צרכנים מפני עסקים לא הוגנים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להוזיל מחירים בכל 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זכות ביטול עסקה?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הזכות לקבל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הזכות לבטל קנייה בתוך זמן מסוים ולקבל החזר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הזכות להחליף מוצר במוצר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לאן אפשר לפנות כשעסק מתעלם מתלונה?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לחבר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לרשות להגנת הצרכן או לבית משפט לתביעות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לבנק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מוצר הגיע שבור, הצרכן צריך לשתוק ולא לפעול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חוק הגנת הצרכן נועד להגן על הקונים מפני הטעיה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קונים מוצר שמתגלה כפגום, הצרכן יכול לבקש __________ מהחנות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חוק שמגן על הקונים מפני עסקים נקרא חוק הגנת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עסק חייב למסור לצרכן מידע מלא, חובה זו נקראת גילוי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זכות ביטול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חובת מסירת מידע מלא על המוצר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גילוי נאות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אפשרות לבטל עסקה ולקבל כסף בחזרה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בית משפט לסכומים נמוכים בלי עורך דין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תביעות קטנות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התחייבות לתקן מוצר פגום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את תנאי הביטול או האחריות בתקנון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פונים לעסק ומבקשים תיקון, החלפה או החזר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העסק מסרב - מגישים תלונה לרשות להגנת הצרכן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שמים לב שהמוצר שהגיע פגום או לא תואם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מקרה (אמיתי או מומצא) שבו קניתם מוצר ולא הייתם מרוצים. מה הייתם עושים לפי מה שלמדתם?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זכות ביטול עסקה?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חובת גילוי נאות?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צרכניות - חוקים, תלונות ומנגנוני הגנה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