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צרכניות - חוקים, תלונות ומנגנוני הגנה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חוק הגנת הצרכן ואת זכות הביטול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חובת גילוי נאות ולמה היא חשובה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אילו צעדים אפשר לנקוט כשיש בעיה עם מוצר או עסקה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להגן על צרכנים מפני עסקים לא הוגנים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הזכות לבטל קנייה בתוך זמן מסוים ולקבל החזר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העסק חייב למסור מידע מלא וברור על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לרשות להגנת הצרכן או לבית משפט לתביעות קטנות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תביעות בסכום נמוך יחסית, בלי עורך דין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היצרן מתחייב לתקן או להחליף מוצר פגום בזמן מסוים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זכות לפנות לעסק ולבקש החזר או 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מטרתו המרכזית של החוק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 מסירת גילוי נאות עשויה להאריך או לשמר את זכות הביטול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יתרון בית המשפט לתביעות קטנות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אחריות מאפשרת תיקון או החלפה, לא אוסרת החזרה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תביעות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(אפשרות לבטל עסקה ולקבל כסף בחזרה)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(חובת מסירת מידע מלא על המוצר)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(התחייבות לתקן מוצר פגום)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(בית משפט לסכומים נמוכים בלי עורך דין)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(מסמך עם תנאי הרכישה)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שמים לב שהמוצר שהגיע פגום או לא תואם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את תנאי הביטול או האחריות בתקנון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פונים לעסק ומבקשים תיקון, החלפה או החזר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העסק מסרב - מגישים תלונה לרשות להגנת הצרכן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 אין פתרון - פונים לבית משפט לתביעות קטנות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שאם לא נמסר גילוי נאות, ייתכן שזכות הביטול עדיין בתוקף; הצרכן צודק ויכול לפנות לרשות להגנת הצרכן או לבית משפט לתביעות קטנות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שמשלבת לפחות שני צעדים: פנייה לעסק, בדיקת תקנון, פנייה לגורם מגן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הצרכן יכול לבטל עסקה בזמן מסוים ולקבל החזר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העסק חייב למסור מידע מלא וברור על המוצר והתנאים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לרשות להגנת הצרכן או לבית משפט לתביעות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חוויה אישית של תלמיד עם מוצר פגום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להבהיר שאין צורך בעורך דין בתביעות קטנות - זה מעודד מודעות צרכנית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הדילמה בסוף כדאי לדון בה בקבוצות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צרכניות - חוקים, תלונות ומנגנוני הגנה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כשקונים דבר מה ולא מרוצים ממנו, יש חוק שעוזר לצרכן. בדף הזה נלמד מה עושים כשהמוצר שבור, ואיך מבטלים קנייה.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חוק הגנת הצרכן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שמגן על קונים מול עסקים ובעלי חנויות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ביטול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אפשרות לבטל עסקה בתוך זמן מסוים ולקבל כסף בחזרה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גילוי נאות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חובת העסק למסור מידע מלא וברור על המוצר והתנאים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תביעות קטנות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משפט לסכומים נמוכים, בלי צורך בעורך דין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 (garantee)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התחייבות היצרן לתקן או להחליף מוצר פגום בזמן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הרשות להגנת הצרכן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ממשלתי שאוכף את חוקי הצרכנות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תקנון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שמפרט את תנאי הרכישה או השימוש בשירות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תלונה צרכנית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רשמית של צרכן על בעיה בעסקה או במוצר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נועד חוק הגנת הצרכן?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להגן על העסקים מפני צרכנים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להגן על צרכנים מפני עסקים לא הוגנים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להוזיל מחירים בכל 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לקבוע מיסים על 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'זכות ביטול'?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לקבל 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לבטל קנייה בתוך זמן מסוים ולקבל החזר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להחליף מוצר במוצר 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לקבל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'גילוי נאות'?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העסק חייב למסור מידע מלא וברור על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הצרכן חייב לגלות כמה כסף יש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העסק יכול להסתיר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הצרכן חייב לקנות בכל מקרה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פונים כשעסק מתעלם?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לרשות להגנת הצרכן או לבית משפט לתביעות 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בית משפט לתביעות קטנות?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תביעות גדולות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תביעות בסכום נמוך יחסית, בלי עורך 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תביעות בין עסקים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תביעות פליליות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אחריות על מוצר?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היצרן מתחייב לתקן או להחליף מוצר פגום בזמן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הצרכן אחראי לתקן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צורך לשמור 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המוצר לא יכול להתקלקל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מוצר הגיע שבור, הצרכן צריך לשתוק ולא לפעול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הגנת הצרכן נועד להגן על הקונים מפני הטעיה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עסק לא מסר גילוי נאות, זה לא משפיע על זכות הביטול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להגיש תלונה צרכנית גם בלי עורך דין בתביעות קטנות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על מוצר פירושה שאסור להחזיר אותו לעולם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קונים מוצר שמתגלה כפגום, הצרכן יכול לבקש __________ מהחנות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חוק שמגן על הקונים מפני עסקים נקרא חוק הגנת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עסק חייב למסור לצרכן מידע מלא, חובה זו נקראת גילוי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לסכומים נמוכים אפשר לפנות לבית משפט ל__________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גוף ממשלתי שאוכף את חוקי הצרכנות נקרא ה__________ להגנת הצרכן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ביטול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התחייבות לתקן מוצר פגום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גילוי נאות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מסמך עם תנאי הרכישה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בית משפט לסכומים נמוכים בלי עורך דין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תביעות קטנות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אפשרות לבטל עסקה ולקבל כסף בחזרה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תקנון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חובת מסירת מידע מלא על המוצר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אין פתרון - פונים לבית משפט לתביעות קטנות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העסק מסרב - מגישים תלונה לרשות להגנת הצרכן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את תנאי הביטול או האחריות בתקנון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פונים לעסק ומבקשים תיקון, החלפה או החזר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לב שהמוצר שהגיע פגום או לא תואם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אתר מסרב לבטל עסקה בטענה ש'עברו שבועיים', אך מסתבר שהוא מעולם לא מסר גילוי נאות. מי צודק, ולמה? הסבירו מה הייתם עושים כצרכנים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מקרה (אמיתי או מומצא) שבו קניתם מוצר ולא הייתם מרוצים. מה הייתם עושים לפי מה שלמדתם?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זכות ביטול עסקה?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חובת גילוי נאות?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לאן פונים כשעסק מתעלם מתלונה צרכנית?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צרכניות - חוקים, תלונות ומנגנוני הגנה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